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0C68F" w14:textId="77777777" w:rsidR="0087721D" w:rsidRDefault="00000000">
      <w:pPr>
        <w:jc w:val="center"/>
      </w:pPr>
      <w:r>
        <w:rPr>
          <w:b/>
          <w:sz w:val="24"/>
        </w:rPr>
        <w:t>ALLEGATO A</w:t>
      </w:r>
    </w:p>
    <w:p w14:paraId="279E19D8" w14:textId="77777777" w:rsidR="0087721D" w:rsidRDefault="00000000">
      <w:pPr>
        <w:jc w:val="center"/>
      </w:pPr>
      <w:r>
        <w:rPr>
          <w:b/>
          <w:sz w:val="22"/>
        </w:rPr>
        <w:t>DOMANDA DI ISCRIZIONE ALLA LONG LIST</w:t>
      </w:r>
    </w:p>
    <w:p w14:paraId="7752284A" w14:textId="77777777" w:rsidR="0087721D" w:rsidRDefault="00000000">
      <w:pPr>
        <w:jc w:val="center"/>
      </w:pPr>
      <w:r>
        <w:rPr>
          <w:b/>
          <w:sz w:val="21"/>
        </w:rPr>
        <w:t>MEDIATORI/TRICI LINGUISTICO-CULTURALI / INTERCULTURALI</w:t>
      </w:r>
    </w:p>
    <w:p w14:paraId="25E0A143" w14:textId="77777777" w:rsidR="0087721D" w:rsidRDefault="00000000">
      <w:pPr>
        <w:jc w:val="center"/>
      </w:pPr>
      <w:r>
        <w:rPr>
          <w:b/>
        </w:rPr>
        <w:t>Progetto PROG. 1178 - RESTARE - MATERA</w:t>
      </w:r>
    </w:p>
    <w:p w14:paraId="35973CEA" w14:textId="77777777" w:rsidR="0087721D" w:rsidRDefault="00000000" w:rsidP="00212803">
      <w:pPr>
        <w:jc w:val="right"/>
      </w:pPr>
      <w:r>
        <w:t>Alla Cooperativa Sociale ISKRA</w:t>
      </w:r>
      <w:r>
        <w:br/>
        <w:t>Via Nazionale, 20 - 85050 Marsicovetere (PZ)</w:t>
      </w:r>
      <w:r>
        <w:br/>
        <w:t>PEC: laborsala@pec.it</w:t>
      </w:r>
    </w:p>
    <w:p w14:paraId="0608B1FB" w14:textId="77777777" w:rsidR="0087721D" w:rsidRDefault="00000000">
      <w:pPr>
        <w:jc w:val="both"/>
      </w:pPr>
      <w:r>
        <w:rPr>
          <w:b/>
        </w:rPr>
        <w:t>Il/La sottoscritto/a</w:t>
      </w:r>
    </w:p>
    <w:p w14:paraId="16A09CEA" w14:textId="77777777" w:rsidR="0087721D" w:rsidRDefault="00000000">
      <w:pPr>
        <w:spacing w:after="60"/>
      </w:pPr>
      <w:r>
        <w:rPr>
          <w:b/>
        </w:rPr>
        <w:t xml:space="preserve">Nome e cognome: </w:t>
      </w:r>
      <w:r>
        <w:t>______________________________________________</w:t>
      </w:r>
    </w:p>
    <w:p w14:paraId="2AB06F5C" w14:textId="77777777" w:rsidR="0087721D" w:rsidRDefault="00000000">
      <w:pPr>
        <w:spacing w:after="60"/>
      </w:pPr>
      <w:r>
        <w:rPr>
          <w:b/>
        </w:rPr>
        <w:t xml:space="preserve">Nato/a a: </w:t>
      </w:r>
      <w:r>
        <w:t>______________________________________________</w:t>
      </w:r>
    </w:p>
    <w:p w14:paraId="4DACF8A8" w14:textId="77777777" w:rsidR="0087721D" w:rsidRDefault="00000000">
      <w:pPr>
        <w:spacing w:after="60"/>
      </w:pPr>
      <w:r>
        <w:rPr>
          <w:b/>
        </w:rPr>
        <w:t xml:space="preserve">il: </w:t>
      </w:r>
      <w:r>
        <w:t>______________________________________________</w:t>
      </w:r>
    </w:p>
    <w:p w14:paraId="7FCC35DF" w14:textId="77777777" w:rsidR="0087721D" w:rsidRDefault="00000000">
      <w:pPr>
        <w:spacing w:after="60"/>
      </w:pPr>
      <w:r>
        <w:rPr>
          <w:b/>
        </w:rPr>
        <w:t xml:space="preserve">Codice fiscale: </w:t>
      </w:r>
      <w:r>
        <w:t>______________________________________________</w:t>
      </w:r>
    </w:p>
    <w:p w14:paraId="583B9AFB" w14:textId="77777777" w:rsidR="0087721D" w:rsidRDefault="00000000">
      <w:pPr>
        <w:spacing w:after="60"/>
      </w:pPr>
      <w:r>
        <w:rPr>
          <w:b/>
        </w:rPr>
        <w:t xml:space="preserve">Residente in: </w:t>
      </w:r>
      <w:r>
        <w:t>______________________________________________</w:t>
      </w:r>
    </w:p>
    <w:p w14:paraId="01B5697A" w14:textId="77777777" w:rsidR="0087721D" w:rsidRDefault="00000000">
      <w:pPr>
        <w:spacing w:after="60"/>
      </w:pPr>
      <w:r>
        <w:rPr>
          <w:b/>
        </w:rPr>
        <w:t xml:space="preserve">Via/Piazza: </w:t>
      </w:r>
      <w:r>
        <w:t>______________________________________________</w:t>
      </w:r>
    </w:p>
    <w:p w14:paraId="279C1C14" w14:textId="77777777" w:rsidR="0087721D" w:rsidRDefault="00000000">
      <w:pPr>
        <w:spacing w:after="60"/>
      </w:pPr>
      <w:r>
        <w:rPr>
          <w:b/>
        </w:rPr>
        <w:t xml:space="preserve">CAP: </w:t>
      </w:r>
      <w:r>
        <w:t>______________________________________________</w:t>
      </w:r>
    </w:p>
    <w:p w14:paraId="2AEDEBEF" w14:textId="77777777" w:rsidR="0087721D" w:rsidRDefault="00000000">
      <w:pPr>
        <w:spacing w:after="60"/>
      </w:pPr>
      <w:r>
        <w:rPr>
          <w:b/>
        </w:rPr>
        <w:t xml:space="preserve">Telefono: </w:t>
      </w:r>
      <w:r>
        <w:t>______________________________________________</w:t>
      </w:r>
    </w:p>
    <w:p w14:paraId="0480F0F1" w14:textId="77777777" w:rsidR="0087721D" w:rsidRDefault="00000000">
      <w:pPr>
        <w:spacing w:after="60"/>
      </w:pPr>
      <w:r>
        <w:rPr>
          <w:b/>
        </w:rPr>
        <w:t xml:space="preserve">E-mail: </w:t>
      </w:r>
      <w:r>
        <w:t>______________________________________________</w:t>
      </w:r>
    </w:p>
    <w:p w14:paraId="61A7FB1B" w14:textId="77777777" w:rsidR="0087721D" w:rsidRDefault="00000000">
      <w:pPr>
        <w:spacing w:after="60"/>
      </w:pPr>
      <w:r>
        <w:rPr>
          <w:b/>
        </w:rPr>
        <w:t xml:space="preserve">PEC: </w:t>
      </w:r>
      <w:r>
        <w:t>______________________________________________</w:t>
      </w:r>
    </w:p>
    <w:p w14:paraId="0459256F" w14:textId="77777777" w:rsidR="0087721D" w:rsidRDefault="00000000">
      <w:pPr>
        <w:spacing w:after="60"/>
      </w:pPr>
      <w:r>
        <w:rPr>
          <w:b/>
        </w:rPr>
        <w:t xml:space="preserve">Partita IVA (se posseduta): </w:t>
      </w:r>
      <w:r>
        <w:t>______________________________________________</w:t>
      </w:r>
    </w:p>
    <w:p w14:paraId="6AFDD901" w14:textId="77777777" w:rsidR="0087721D" w:rsidRDefault="00000000">
      <w:pPr>
        <w:spacing w:after="60"/>
      </w:pPr>
      <w:r>
        <w:rPr>
          <w:b/>
        </w:rPr>
        <w:t xml:space="preserve">Lingua madre: </w:t>
      </w:r>
      <w:r>
        <w:t>______________________________________________</w:t>
      </w:r>
    </w:p>
    <w:p w14:paraId="277AF8B8" w14:textId="77777777" w:rsidR="0087721D" w:rsidRDefault="00000000">
      <w:pPr>
        <w:spacing w:after="60"/>
      </w:pPr>
      <w:r>
        <w:rPr>
          <w:b/>
        </w:rPr>
        <w:t xml:space="preserve">Lingue straniere conosciute: </w:t>
      </w:r>
      <w:r>
        <w:t>______________________________________________</w:t>
      </w:r>
    </w:p>
    <w:p w14:paraId="33A48057" w14:textId="77777777" w:rsidR="0087721D" w:rsidRDefault="00000000">
      <w:pPr>
        <w:jc w:val="center"/>
      </w:pPr>
      <w:r>
        <w:rPr>
          <w:b/>
          <w:sz w:val="22"/>
        </w:rPr>
        <w:t>CHIEDE</w:t>
      </w:r>
    </w:p>
    <w:p w14:paraId="48DC46BF" w14:textId="77777777" w:rsidR="0087721D" w:rsidRDefault="00000000">
      <w:pPr>
        <w:jc w:val="both"/>
      </w:pPr>
      <w:r>
        <w:t>di essere iscritto/a alla Long List di mediatori/trici linguistico-culturali/interculturali costituita dalla Cooperativa Sociale ISKRA nell’ambito del Progetto PROG. 1178 - RESTARE - MATERA.</w:t>
      </w:r>
    </w:p>
    <w:p w14:paraId="4592EF9E" w14:textId="77777777" w:rsidR="0087721D" w:rsidRDefault="00000000">
      <w:pPr>
        <w:jc w:val="both"/>
      </w:pPr>
      <w:r>
        <w:t>A tal fine, consapevole delle responsabilità e delle sanzioni penali previste in caso di dichiarazioni mendaci, ai sensi degli artt. 46 e 47 del D.P.R. 28 dicembre 2000, n. 445,</w:t>
      </w:r>
    </w:p>
    <w:p w14:paraId="30FF5F42" w14:textId="77777777" w:rsidR="0087721D" w:rsidRDefault="00000000">
      <w:pPr>
        <w:jc w:val="center"/>
      </w:pPr>
      <w:r>
        <w:rPr>
          <w:b/>
          <w:sz w:val="22"/>
        </w:rPr>
        <w:t>DICHIARA</w:t>
      </w:r>
    </w:p>
    <w:p w14:paraId="4FF63F2B" w14:textId="77777777" w:rsidR="0087721D" w:rsidRDefault="00000000">
      <w:pPr>
        <w:jc w:val="both"/>
      </w:pPr>
      <w:r>
        <w:t>di godere dei diritti civili e politici e di possedere i requisiti previsti dalla normativa vigente per lo svolgimento dell’attività in Italia;</w:t>
      </w:r>
    </w:p>
    <w:p w14:paraId="34E22672" w14:textId="77777777" w:rsidR="0087721D" w:rsidRDefault="00000000">
      <w:pPr>
        <w:jc w:val="both"/>
      </w:pPr>
      <w:r>
        <w:t>di non trovarsi in situazioni ostative al conferimento di eventuali incarichi derivanti da condanne penali;</w:t>
      </w:r>
    </w:p>
    <w:p w14:paraId="62E9A460" w14:textId="77777777" w:rsidR="0087721D" w:rsidRDefault="00000000">
      <w:pPr>
        <w:jc w:val="both"/>
      </w:pPr>
      <w:r>
        <w:t>di non trovarsi in situazioni di incompatibilità o conflitto di interessi rispetto agli eventuali incarichi;</w:t>
      </w:r>
    </w:p>
    <w:p w14:paraId="3853E339" w14:textId="77777777" w:rsidR="0087721D" w:rsidRDefault="00000000">
      <w:pPr>
        <w:jc w:val="both"/>
      </w:pPr>
      <w:r>
        <w:t>di possedere competenze linguistiche, interculturali e relazionali coerenti con le attività di facilitazione della comunicazione, mediazione e orientamento previste dalla Long List, maturate anche attraverso esperienze professionali, formative, associative, di volontariato o di collaborazione in servizi, progetti, attività rivolti a persone migranti o in contesti interculturali;</w:t>
      </w:r>
    </w:p>
    <w:p w14:paraId="0540CE36" w14:textId="77777777" w:rsidR="0087721D" w:rsidRDefault="00000000">
      <w:pPr>
        <w:jc w:val="both"/>
      </w:pPr>
      <w:r>
        <w:t>di possedere adeguata conoscenza della lingua italiana e di almeno una lingua straniera utile rispetto ai destinatari del progetto, come indicato nella presente domanda e nel curriculum vitae;</w:t>
      </w:r>
    </w:p>
    <w:p w14:paraId="2233B28E" w14:textId="77777777" w:rsidR="0087721D" w:rsidRDefault="00000000">
      <w:pPr>
        <w:jc w:val="both"/>
      </w:pPr>
      <w:r>
        <w:t>di possedere Partita IVA, ove richiesta dalla natura del rapporto, ovvero di essere disponibile ad attivarla prima dell’eventuale conferimento dell’incarico;</w:t>
      </w:r>
    </w:p>
    <w:p w14:paraId="3455A942" w14:textId="77777777" w:rsidR="0087721D" w:rsidRDefault="00000000">
      <w:pPr>
        <w:jc w:val="both"/>
      </w:pPr>
      <w:r>
        <w:t>di essere consapevole che l’iscrizione alla Long List non comporta alcun diritto al conferimento di incarichi né garantisce un numero minimo di ore;</w:t>
      </w:r>
    </w:p>
    <w:p w14:paraId="554B213E" w14:textId="77777777" w:rsidR="0087721D" w:rsidRDefault="00000000">
      <w:pPr>
        <w:jc w:val="both"/>
      </w:pPr>
      <w:r>
        <w:t>di aver preso visione dell’Avviso e di accettarne integralmente contenuti e condizioni;</w:t>
      </w:r>
    </w:p>
    <w:p w14:paraId="3E472050" w14:textId="77777777" w:rsidR="0087721D" w:rsidRDefault="00000000">
      <w:pPr>
        <w:jc w:val="both"/>
      </w:pPr>
      <w:r>
        <w:t>che le informazioni, i titoli, le qualificazioni, le competenze linguistiche e le esperienze riportati nella domanda e nel curriculum vitae sono veritieri e, ove richiesto, documentabili.</w:t>
      </w:r>
    </w:p>
    <w:p w14:paraId="49AF8044" w14:textId="77777777" w:rsidR="0087721D" w:rsidRDefault="00000000">
      <w:r>
        <w:rPr>
          <w:b/>
        </w:rPr>
        <w:lastRenderedPageBreak/>
        <w:t>ESPERIENZE E COMPETENZE PERTINENTI</w:t>
      </w:r>
    </w:p>
    <w:p w14:paraId="6CD89D6C" w14:textId="77777777" w:rsidR="0087721D" w:rsidRDefault="00000000">
      <w:r>
        <w:t>Il/La candidato/a è invitato/a a evidenziare nel curriculum vitae le esperienze professionali, formative, associative, di volontariato o di collaborazione maturate con persone migranti o in contesti interculturali, le attività di facilitazione, mediazione e orientamento, le esperienze di accesso ai servizi e di inclusione sociale, lavorativa e abitativa, nonché la capacità e l’esperienza di lavoro in équipe multidisciplinari, di collaborazione con operatori sociali e professionisti di diversa formazione e di raccordo con servizi territoriali, enti pubblici e soggetti del Terzo settore. Dovranno inoltre essere evidenziati eventuali titoli, qualificazioni o percorsi formativi pertinenti.</w:t>
      </w:r>
    </w:p>
    <w:p w14:paraId="4D1C2794" w14:textId="77777777" w:rsidR="0087721D" w:rsidRDefault="00000000">
      <w:pPr>
        <w:spacing w:before="120" w:after="60"/>
      </w:pPr>
      <w:r>
        <w:rPr>
          <w:b/>
          <w:sz w:val="21"/>
        </w:rPr>
        <w:t>COMPETENZE LINGUISTICHE</w:t>
      </w:r>
    </w:p>
    <w:p w14:paraId="4C272F9B" w14:textId="77777777" w:rsidR="0087721D" w:rsidRDefault="00000000">
      <w:pPr>
        <w:jc w:val="both"/>
      </w:pPr>
      <w:r>
        <w:t>Il/La candidato/a indica di seguito le principali lingue per le quali si rende disponibile a svolgere attività di mediazione:</w:t>
      </w:r>
    </w:p>
    <w:p w14:paraId="165A3B28" w14:textId="77777777" w:rsidR="0087721D" w:rsidRDefault="00000000">
      <w:r>
        <w:rPr>
          <w:b/>
        </w:rPr>
        <w:t xml:space="preserve">Lingua 1 e livello di conoscenza: </w:t>
      </w:r>
      <w:r>
        <w:t>______________________________________________</w:t>
      </w:r>
    </w:p>
    <w:p w14:paraId="1E9C2BF3" w14:textId="77777777" w:rsidR="0087721D" w:rsidRDefault="00000000">
      <w:r>
        <w:rPr>
          <w:b/>
        </w:rPr>
        <w:t xml:space="preserve">Lingua 2 e livello di conoscenza: </w:t>
      </w:r>
      <w:r>
        <w:t>______________________________________________</w:t>
      </w:r>
    </w:p>
    <w:p w14:paraId="684EC884" w14:textId="77777777" w:rsidR="0087721D" w:rsidRDefault="00000000">
      <w:r>
        <w:rPr>
          <w:b/>
        </w:rPr>
        <w:t xml:space="preserve">Lingua 3 e livello di conoscenza: </w:t>
      </w:r>
      <w:r>
        <w:t>______________________________________________</w:t>
      </w:r>
    </w:p>
    <w:p w14:paraId="316F557B" w14:textId="77777777" w:rsidR="0087721D" w:rsidRDefault="00000000">
      <w:r>
        <w:rPr>
          <w:b/>
        </w:rPr>
        <w:t xml:space="preserve">Ulteriori lingue: </w:t>
      </w:r>
      <w:r>
        <w:t>______________________________________________</w:t>
      </w:r>
    </w:p>
    <w:p w14:paraId="172F2E3F" w14:textId="77777777" w:rsidR="0087721D" w:rsidRDefault="00000000">
      <w:pPr>
        <w:spacing w:before="120" w:after="60"/>
      </w:pPr>
      <w:r>
        <w:rPr>
          <w:b/>
          <w:sz w:val="21"/>
        </w:rPr>
        <w:t>ALLEGA</w:t>
      </w:r>
    </w:p>
    <w:p w14:paraId="080DE335" w14:textId="77777777" w:rsidR="0087721D" w:rsidRDefault="00000000">
      <w:pPr>
        <w:spacing w:after="40"/>
        <w:ind w:left="312" w:hanging="170"/>
      </w:pPr>
      <w:r>
        <w:rPr>
          <w:b/>
        </w:rPr>
        <w:t xml:space="preserve">• </w:t>
      </w:r>
      <w:r>
        <w:t>curriculum vitae aggiornato e sottoscritto;</w:t>
      </w:r>
    </w:p>
    <w:p w14:paraId="17D22433" w14:textId="77777777" w:rsidR="0087721D" w:rsidRDefault="00000000">
      <w:pPr>
        <w:spacing w:after="40"/>
        <w:ind w:left="312" w:hanging="170"/>
      </w:pPr>
      <w:r>
        <w:rPr>
          <w:b/>
        </w:rPr>
        <w:t xml:space="preserve">• </w:t>
      </w:r>
      <w:r>
        <w:t>copia di un documento di identità in corso di validità;</w:t>
      </w:r>
    </w:p>
    <w:p w14:paraId="73C377FD" w14:textId="77777777" w:rsidR="0087721D" w:rsidRDefault="00000000">
      <w:pPr>
        <w:spacing w:after="40"/>
        <w:ind w:left="312" w:hanging="170"/>
      </w:pPr>
      <w:r>
        <w:rPr>
          <w:b/>
        </w:rPr>
        <w:t xml:space="preserve">• </w:t>
      </w:r>
      <w:r>
        <w:t>eventuale ulteriore documentazione utile alla valutazione del profilo.</w:t>
      </w:r>
    </w:p>
    <w:p w14:paraId="2CDF1F58" w14:textId="77777777" w:rsidR="0087721D" w:rsidRDefault="00000000">
      <w:pPr>
        <w:spacing w:before="120" w:after="60"/>
      </w:pPr>
      <w:r>
        <w:rPr>
          <w:b/>
          <w:sz w:val="21"/>
        </w:rPr>
        <w:t>TRATTAMENTO DEI DATI PERSONALI</w:t>
      </w:r>
    </w:p>
    <w:p w14:paraId="06C24552" w14:textId="77777777" w:rsidR="0087721D" w:rsidRDefault="00000000">
      <w:pPr>
        <w:jc w:val="both"/>
      </w:pPr>
      <w:r>
        <w:t xml:space="preserve">Il/La sottoscritto/a dichiara di aver preso visione delle informazioni sul trattamento dei dati personali contenute nell’Avviso, ai sensi della normativa vigente in materia di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14:paraId="5525FECA" w14:textId="77777777" w:rsidR="00212803" w:rsidRDefault="00212803">
      <w:pPr>
        <w:jc w:val="both"/>
      </w:pPr>
    </w:p>
    <w:p w14:paraId="65E9FFCD" w14:textId="77777777" w:rsidR="0087721D" w:rsidRDefault="00000000">
      <w:pPr>
        <w:jc w:val="both"/>
      </w:pPr>
      <w:r>
        <w:t>Luogo e data __________________________________</w:t>
      </w:r>
    </w:p>
    <w:p w14:paraId="5D075155" w14:textId="77777777" w:rsidR="0087721D" w:rsidRDefault="00000000" w:rsidP="00212803">
      <w:pPr>
        <w:jc w:val="right"/>
      </w:pPr>
      <w:r>
        <w:rPr>
          <w:b/>
        </w:rPr>
        <w:t>Firma del/della candidato/a</w:t>
      </w:r>
      <w:r>
        <w:rPr>
          <w:b/>
        </w:rPr>
        <w:br/>
      </w:r>
      <w:r>
        <w:rPr>
          <w:b/>
        </w:rPr>
        <w:br/>
        <w:t>__________________________________</w:t>
      </w:r>
    </w:p>
    <w:sectPr w:rsidR="0087721D" w:rsidSect="00034616">
      <w:footerReference w:type="default" r:id="rId8"/>
      <w:pgSz w:w="12240" w:h="15840"/>
      <w:pgMar w:top="879" w:right="1134" w:bottom="87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DE12D" w14:textId="77777777" w:rsidR="009E674C" w:rsidRDefault="009E674C">
      <w:pPr>
        <w:spacing w:after="0" w:line="240" w:lineRule="auto"/>
      </w:pPr>
      <w:r>
        <w:separator/>
      </w:r>
    </w:p>
  </w:endnote>
  <w:endnote w:type="continuationSeparator" w:id="0">
    <w:p w14:paraId="26C6D5B4" w14:textId="77777777" w:rsidR="009E674C" w:rsidRDefault="009E6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7A53D" w14:textId="77777777" w:rsidR="0087721D" w:rsidRDefault="00000000">
    <w:pPr>
      <w:pStyle w:val="Pidipagina"/>
      <w:jc w:val="center"/>
    </w:pPr>
    <w:r>
      <w:rPr>
        <w:sz w:val="14"/>
      </w:rPr>
      <w:t xml:space="preserve">ISKRA Cooperativa Sociale - Via Nazionale, 20 - 85050 </w:t>
    </w:r>
    <w:proofErr w:type="spellStart"/>
    <w:r>
      <w:rPr>
        <w:sz w:val="14"/>
      </w:rPr>
      <w:t>Marsicovetere</w:t>
    </w:r>
    <w:proofErr w:type="spellEnd"/>
    <w:r>
      <w:rPr>
        <w:sz w:val="14"/>
      </w:rPr>
      <w:t xml:space="preserve"> (PZ) - P. IVA 03281680656 - PEC laborsala@pec.it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E827D" w14:textId="77777777" w:rsidR="009E674C" w:rsidRDefault="009E674C">
      <w:pPr>
        <w:spacing w:after="0" w:line="240" w:lineRule="auto"/>
      </w:pPr>
      <w:r>
        <w:separator/>
      </w:r>
    </w:p>
  </w:footnote>
  <w:footnote w:type="continuationSeparator" w:id="0">
    <w:p w14:paraId="10365EB7" w14:textId="77777777" w:rsidR="009E674C" w:rsidRDefault="009E67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6042014">
    <w:abstractNumId w:val="8"/>
  </w:num>
  <w:num w:numId="2" w16cid:durableId="518352252">
    <w:abstractNumId w:val="6"/>
  </w:num>
  <w:num w:numId="3" w16cid:durableId="648825273">
    <w:abstractNumId w:val="5"/>
  </w:num>
  <w:num w:numId="4" w16cid:durableId="804008401">
    <w:abstractNumId w:val="4"/>
  </w:num>
  <w:num w:numId="5" w16cid:durableId="501550332">
    <w:abstractNumId w:val="7"/>
  </w:num>
  <w:num w:numId="6" w16cid:durableId="1739161548">
    <w:abstractNumId w:val="3"/>
  </w:num>
  <w:num w:numId="7" w16cid:durableId="634021482">
    <w:abstractNumId w:val="2"/>
  </w:num>
  <w:num w:numId="8" w16cid:durableId="1257448103">
    <w:abstractNumId w:val="1"/>
  </w:num>
  <w:num w:numId="9" w16cid:durableId="994651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2803"/>
    <w:rsid w:val="0029639D"/>
    <w:rsid w:val="00326F90"/>
    <w:rsid w:val="0087721D"/>
    <w:rsid w:val="009E674C"/>
    <w:rsid w:val="00AA1D8D"/>
    <w:rsid w:val="00B47730"/>
    <w:rsid w:val="00CB0664"/>
    <w:rsid w:val="00F71E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30B1F0"/>
  <w14:defaultImageDpi w14:val="300"/>
  <w15:docId w15:val="{71965F80-CC2C-4F10-A563-207188A89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2</cp:revision>
  <dcterms:created xsi:type="dcterms:W3CDTF">2013-12-23T23:15:00Z</dcterms:created>
  <dcterms:modified xsi:type="dcterms:W3CDTF">2026-09-24T08:07:00Z</dcterms:modified>
  <cp:category/>
</cp:coreProperties>
</file>